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Student I Can Tracker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Mathematics  -  Carry the One: Adding with Regrouping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Tick a box for each goal at the end of each lesson.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368"/>
        <w:gridCol w:w="4968"/>
        <w:gridCol w:w="1368"/>
        <w:gridCol w:w="1656"/>
        <w:gridCol w:w="1080"/>
      </w:tblGrid>
      <w:tr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Lesson</w:t>
            </w:r>
          </w:p>
        </w:tc>
        <w:tc>
          <w:tcPr>
            <w:tcW w:type="dxa" w:w="49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I can ...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Not yet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Getting there</w:t>
            </w:r>
          </w:p>
        </w:tc>
        <w:tc>
          <w:tcPr>
            <w:tcW w:type="dxa" w:w="10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Yes</w:t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trade 10 ones for 1 ten.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2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carry a ten and explain what the 1 means.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3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carry more than once in 3-digit addition.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4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spot and fix carrying mistakes and solve word problems.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The mistake I watch for most: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One thing I want to practise more: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